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4D39" w14:textId="77777777" w:rsidR="007566D3" w:rsidRDefault="00473AC0">
      <w:pPr>
        <w:pStyle w:val="Heading1"/>
      </w:pPr>
      <w:r>
        <w:t>New York City Council</w:t>
      </w:r>
    </w:p>
    <w:p w14:paraId="6A5E68BF" w14:textId="77777777" w:rsidR="007566D3" w:rsidRDefault="00473AC0">
      <w:pPr>
        <w:pStyle w:val="Heading2"/>
      </w:pPr>
      <w:r>
        <w:t>Memorandum in Support of Legislation</w:t>
      </w:r>
    </w:p>
    <w:p w14:paraId="42E5523C" w14:textId="77777777" w:rsidR="007566D3" w:rsidRDefault="00473AC0">
      <w:r>
        <w:t>This memorandum is authored by the sponsor and explains the need for the legislation referenced below, in accordance with Rule 6.00(d) of the Rules of the Council.</w:t>
      </w:r>
    </w:p>
    <w:p w14:paraId="7290A262" w14:textId="77777777" w:rsidR="007566D3" w:rsidRDefault="007566D3"/>
    <w:p w14:paraId="31B27A98" w14:textId="77777777" w:rsidR="007566D3" w:rsidRDefault="00473AC0">
      <w:r>
        <w:t>Legislative Service Number:</w:t>
      </w:r>
    </w:p>
    <w:p w14:paraId="2715EFC3" w14:textId="60317507" w:rsidR="007566D3" w:rsidRDefault="002B3274">
      <w:pPr>
        <w:pStyle w:val="ListBullet"/>
      </w:pPr>
      <w:r w:rsidRPr="002B3274">
        <w:t>Int 0907-2024</w:t>
      </w:r>
    </w:p>
    <w:p w14:paraId="0F9BDDD1" w14:textId="77777777" w:rsidR="007566D3" w:rsidRDefault="00473AC0">
      <w:r>
        <w:t>Prime Sponsor:</w:t>
      </w:r>
    </w:p>
    <w:p w14:paraId="69994376" w14:textId="0BE7445B" w:rsidR="007566D3" w:rsidRDefault="00473AC0">
      <w:pPr>
        <w:pStyle w:val="ListBullet"/>
      </w:pPr>
      <w:r>
        <w:t xml:space="preserve">Council Member </w:t>
      </w:r>
      <w:r w:rsidR="002B3274">
        <w:t>Susan Zhuang</w:t>
      </w:r>
    </w:p>
    <w:p w14:paraId="37BDE9F9" w14:textId="77777777" w:rsidR="007566D3" w:rsidRDefault="00473AC0">
      <w:r>
        <w:t>Bill Title:</w:t>
      </w:r>
    </w:p>
    <w:p w14:paraId="0BC5C2B6" w14:textId="152604FB" w:rsidR="007566D3" w:rsidRDefault="002B3274">
      <w:pPr>
        <w:pStyle w:val="ListBullet"/>
      </w:pPr>
      <w:r w:rsidRPr="002B3274">
        <w:t xml:space="preserve">A Local Law to amend the administrative code of the city of New York, in relation to reporting on locations in which </w:t>
      </w:r>
      <w:proofErr w:type="gramStart"/>
      <w:r w:rsidRPr="002B3274">
        <w:t>persons</w:t>
      </w:r>
      <w:proofErr w:type="gramEnd"/>
      <w:r w:rsidRPr="002B3274">
        <w:t xml:space="preserve"> are squatting</w:t>
      </w:r>
    </w:p>
    <w:p w14:paraId="3CCB7E02" w14:textId="77777777" w:rsidR="007566D3" w:rsidRDefault="00473AC0">
      <w:r>
        <w:t>Submitted by:</w:t>
      </w:r>
    </w:p>
    <w:p w14:paraId="65ADEDEA" w14:textId="4CCA091F" w:rsidR="007566D3" w:rsidRDefault="00473AC0">
      <w:pPr>
        <w:pStyle w:val="ListBullet"/>
      </w:pPr>
      <w:r>
        <w:t xml:space="preserve">Council Member </w:t>
      </w:r>
      <w:r w:rsidR="002B3274">
        <w:t>Susan Zhuang</w:t>
      </w:r>
    </w:p>
    <w:p w14:paraId="356915A6" w14:textId="4EF8DD45" w:rsidR="002B3274" w:rsidRDefault="002B3274">
      <w:pPr>
        <w:pStyle w:val="ListBullet"/>
      </w:pPr>
      <w:r>
        <w:t xml:space="preserve">Cosponsors: </w:t>
      </w:r>
      <w:r w:rsidRPr="002B3274">
        <w:t>Riley, Brooks-Powers, Narcisse, Schulman, Ung, Farías, Paladino, Ariola, Brewer, Hanks, Lee, Vernikov, Carr, Williams, Stevens, and Salaam</w:t>
      </w:r>
    </w:p>
    <w:p w14:paraId="5C8D0605" w14:textId="77777777" w:rsidR="007566D3" w:rsidRDefault="00473AC0">
      <w:pPr>
        <w:pStyle w:val="Heading3"/>
      </w:pPr>
      <w:r>
        <w:t>Justification</w:t>
      </w:r>
    </w:p>
    <w:p w14:paraId="0803E368" w14:textId="77777777" w:rsidR="00F65387" w:rsidRPr="00F65387" w:rsidRDefault="00F65387" w:rsidP="00F65387">
      <w:r w:rsidRPr="00F65387">
        <w:t xml:space="preserve">There are homeowners in our district that have faced issues with squatters in their home. These are concerns because the squatters pose dangers to people in the community. There was a case in Dyker Heights where a squatter burned down the home when the homeowner was away and was not charged for the crime. </w:t>
      </w:r>
    </w:p>
    <w:p w14:paraId="37122B5B" w14:textId="77171F9B" w:rsidR="002B3274" w:rsidRDefault="00F65387">
      <w:r w:rsidRPr="00F65387">
        <w:t xml:space="preserve">We need </w:t>
      </w:r>
      <w:r>
        <w:t xml:space="preserve">to </w:t>
      </w:r>
      <w:r w:rsidRPr="00F65387">
        <w:t>get the support of the city and city agencies such as the NYPD and HPD to report squatter cases. There should be public data for the reports and casework that follows it. Additionally,</w:t>
      </w:r>
      <w:r>
        <w:t xml:space="preserve"> we</w:t>
      </w:r>
      <w:r w:rsidRPr="00F65387">
        <w:t xml:space="preserve"> </w:t>
      </w:r>
      <w:proofErr w:type="gramStart"/>
      <w:r w:rsidRPr="00F65387">
        <w:t>have</w:t>
      </w:r>
      <w:r>
        <w:t xml:space="preserve"> to</w:t>
      </w:r>
      <w:proofErr w:type="gramEnd"/>
      <w:r w:rsidRPr="00F65387">
        <w:t xml:space="preserve"> support the families and small homeowners that need to face these issues </w:t>
      </w:r>
      <w:r>
        <w:t>and help them</w:t>
      </w:r>
      <w:r w:rsidRPr="00F65387">
        <w:t xml:space="preserve"> tackle the problem. </w:t>
      </w:r>
    </w:p>
    <w:p w14:paraId="6BD9278E" w14:textId="1A4A7FB6"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2790375">
    <w:abstractNumId w:val="8"/>
  </w:num>
  <w:num w:numId="2" w16cid:durableId="1557660162">
    <w:abstractNumId w:val="6"/>
  </w:num>
  <w:num w:numId="3" w16cid:durableId="235626500">
    <w:abstractNumId w:val="5"/>
  </w:num>
  <w:num w:numId="4" w16cid:durableId="2131581078">
    <w:abstractNumId w:val="4"/>
  </w:num>
  <w:num w:numId="5" w16cid:durableId="2113281194">
    <w:abstractNumId w:val="7"/>
  </w:num>
  <w:num w:numId="6" w16cid:durableId="2049866833">
    <w:abstractNumId w:val="3"/>
  </w:num>
  <w:num w:numId="7" w16cid:durableId="1192189858">
    <w:abstractNumId w:val="2"/>
  </w:num>
  <w:num w:numId="8" w16cid:durableId="1875580961">
    <w:abstractNumId w:val="1"/>
  </w:num>
  <w:num w:numId="9" w16cid:durableId="66220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2B3274"/>
    <w:rsid w:val="00326F90"/>
    <w:rsid w:val="00337916"/>
    <w:rsid w:val="00473AC0"/>
    <w:rsid w:val="007361FA"/>
    <w:rsid w:val="007566D3"/>
    <w:rsid w:val="008F6D65"/>
    <w:rsid w:val="00AA1D8D"/>
    <w:rsid w:val="00B03DD8"/>
    <w:rsid w:val="00B47730"/>
    <w:rsid w:val="00CB0664"/>
    <w:rsid w:val="00F65387"/>
    <w:rsid w:val="00F67C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6B9EC"/>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1157</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2026-03-19T17:13:00Z</dcterms:created>
  <dcterms:modified xsi:type="dcterms:W3CDTF">2026-03-19T17:13:00Z</dcterms:modified>
  <cp:category/>
</cp:coreProperties>
</file>