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B4D39" w14:textId="77777777" w:rsidR="007566D3" w:rsidRDefault="00473AC0">
      <w:pPr>
        <w:pStyle w:val="Heading1"/>
      </w:pPr>
      <w:r>
        <w:t>New York City Council</w:t>
      </w:r>
    </w:p>
    <w:p w14:paraId="6A5E68BF" w14:textId="77777777" w:rsidR="007566D3" w:rsidRDefault="00473AC0">
      <w:pPr>
        <w:pStyle w:val="Heading2"/>
      </w:pPr>
      <w:r>
        <w:t>Memorandum in Support of Legislation</w:t>
      </w:r>
    </w:p>
    <w:p w14:paraId="42E5523C" w14:textId="77777777" w:rsidR="007566D3" w:rsidRDefault="00473AC0">
      <w:r>
        <w:t>This memorandum is authored by the sponsor and explains the need for the legislation referenced below, in accordance with Rule 6.00(d) of the Rules of the Council.</w:t>
      </w:r>
    </w:p>
    <w:p w14:paraId="7290A262" w14:textId="77777777" w:rsidR="007566D3" w:rsidRDefault="007566D3"/>
    <w:p w14:paraId="31B27A98" w14:textId="77777777" w:rsidR="007566D3" w:rsidRDefault="00473AC0">
      <w:r>
        <w:t>Legislative Service Number:</w:t>
      </w:r>
    </w:p>
    <w:p w14:paraId="2715EFC3" w14:textId="41107621" w:rsidR="007566D3" w:rsidRDefault="00136153">
      <w:pPr>
        <w:pStyle w:val="ListBullet"/>
      </w:pPr>
      <w:r>
        <w:t>N/A, reintroduction</w:t>
      </w:r>
    </w:p>
    <w:p w14:paraId="0F9BDDD1" w14:textId="77777777" w:rsidR="007566D3" w:rsidRDefault="00473AC0">
      <w:r>
        <w:t>Prime Sponsor:</w:t>
      </w:r>
    </w:p>
    <w:p w14:paraId="69994376" w14:textId="0BE7445B" w:rsidR="007566D3" w:rsidRDefault="00473AC0">
      <w:pPr>
        <w:pStyle w:val="ListBullet"/>
      </w:pPr>
      <w:r>
        <w:t xml:space="preserve">Council Member </w:t>
      </w:r>
      <w:r w:rsidR="002B3274">
        <w:t>Susan Zhuang</w:t>
      </w:r>
    </w:p>
    <w:p w14:paraId="37BDE9F9" w14:textId="77777777" w:rsidR="007566D3" w:rsidRDefault="00473AC0">
      <w:r>
        <w:t>Bill Title:</w:t>
      </w:r>
    </w:p>
    <w:p w14:paraId="0BC5C2B6" w14:textId="0D9CB273" w:rsidR="007566D3" w:rsidRDefault="00136153" w:rsidP="00136153">
      <w:pPr>
        <w:pStyle w:val="ListBullet"/>
      </w:pPr>
      <w:r w:rsidRPr="00136153">
        <w:t>A Local Law to amend the administrative code of the City of New York, in relation to exempting or partially exempting seniors and certain persons with disabilities from penalties for failing to remove snow or ice from sidewalks, crosswalks, curbs and other locations</w:t>
      </w:r>
    </w:p>
    <w:p w14:paraId="3CCB7E02" w14:textId="77777777" w:rsidR="007566D3" w:rsidRDefault="00473AC0">
      <w:r>
        <w:t>Submitted by:</w:t>
      </w:r>
    </w:p>
    <w:p w14:paraId="65ADEDEA" w14:textId="4CCA091F" w:rsidR="007566D3" w:rsidRDefault="00473AC0">
      <w:pPr>
        <w:pStyle w:val="ListBullet"/>
      </w:pPr>
      <w:r>
        <w:t xml:space="preserve">Council Member </w:t>
      </w:r>
      <w:r w:rsidR="002B3274">
        <w:t>Susan Zhuang</w:t>
      </w:r>
    </w:p>
    <w:p w14:paraId="5C8D0605" w14:textId="77777777" w:rsidR="007566D3" w:rsidRDefault="00473AC0">
      <w:pPr>
        <w:pStyle w:val="Heading3"/>
      </w:pPr>
      <w:r>
        <w:t>Justification</w:t>
      </w:r>
    </w:p>
    <w:p w14:paraId="2D87A797" w14:textId="51A88442" w:rsidR="009F4FE0" w:rsidRPr="009F4FE0" w:rsidRDefault="00136153" w:rsidP="009F4FE0">
      <w:r>
        <w:t>Older adults and people with disabilities are often physically unable to clear snow from their property, and oftentimes can also not afford to hire someone to do it, living on a fixed income</w:t>
      </w:r>
      <w:r w:rsidR="009F4FE0" w:rsidRPr="009F4FE0">
        <w:t>.</w:t>
      </w:r>
      <w:r>
        <w:t xml:space="preserve"> It is unconscionable to fine them for not doing what they are physically unable to do. More than that, the city should be helping them.</w:t>
      </w:r>
    </w:p>
    <w:p w14:paraId="67A1CA9C" w14:textId="77777777" w:rsidR="00136153" w:rsidRDefault="00136153" w:rsidP="00136153">
      <w:r w:rsidRPr="00136153">
        <w:t xml:space="preserve">The bill would require the Department of Sanitation to establish a program to assist seniors and persons with disabilities with snow removal from sidewalks abutting buildings such individuals own, lease or occupy. It would also reduce the fines by at least 50 percent for seniors and persons with disabilities who fail to remove snow from these sidewalks. </w:t>
      </w:r>
    </w:p>
    <w:p w14:paraId="6BD9278E" w14:textId="030811DC" w:rsidR="007566D3" w:rsidRDefault="00473AC0" w:rsidP="00136153">
      <w:r>
        <w:t>For these reasons, I urge my colleagues to support this legislation.</w:t>
      </w:r>
    </w:p>
    <w:sectPr w:rsidR="007566D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42790375">
    <w:abstractNumId w:val="8"/>
  </w:num>
  <w:num w:numId="2" w16cid:durableId="1557660162">
    <w:abstractNumId w:val="6"/>
  </w:num>
  <w:num w:numId="3" w16cid:durableId="235626500">
    <w:abstractNumId w:val="5"/>
  </w:num>
  <w:num w:numId="4" w16cid:durableId="2131581078">
    <w:abstractNumId w:val="4"/>
  </w:num>
  <w:num w:numId="5" w16cid:durableId="2113281194">
    <w:abstractNumId w:val="7"/>
  </w:num>
  <w:num w:numId="6" w16cid:durableId="2049866833">
    <w:abstractNumId w:val="3"/>
  </w:num>
  <w:num w:numId="7" w16cid:durableId="1192189858">
    <w:abstractNumId w:val="2"/>
  </w:num>
  <w:num w:numId="8" w16cid:durableId="1875580961">
    <w:abstractNumId w:val="1"/>
  </w:num>
  <w:num w:numId="9" w16cid:durableId="662203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36153"/>
    <w:rsid w:val="0015074B"/>
    <w:rsid w:val="002163FB"/>
    <w:rsid w:val="00270603"/>
    <w:rsid w:val="0029639D"/>
    <w:rsid w:val="002B3274"/>
    <w:rsid w:val="00326F90"/>
    <w:rsid w:val="003F548E"/>
    <w:rsid w:val="00473AC0"/>
    <w:rsid w:val="004740A2"/>
    <w:rsid w:val="005D10AC"/>
    <w:rsid w:val="006A5584"/>
    <w:rsid w:val="007566D3"/>
    <w:rsid w:val="008F6D65"/>
    <w:rsid w:val="009F4FE0"/>
    <w:rsid w:val="00AA1D8D"/>
    <w:rsid w:val="00B03DD8"/>
    <w:rsid w:val="00B47730"/>
    <w:rsid w:val="00C12832"/>
    <w:rsid w:val="00CB0664"/>
    <w:rsid w:val="00DB2B1A"/>
    <w:rsid w:val="00EB1C6D"/>
    <w:rsid w:val="00F67CF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36B9EC"/>
  <w14:defaultImageDpi w14:val="300"/>
  <w15:docId w15:val="{51FFD016-69D3-4137-AA47-F9BACB566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HTMLPreformatted">
    <w:name w:val="HTML Preformatted"/>
    <w:basedOn w:val="Normal"/>
    <w:link w:val="HTMLPreformattedChar"/>
    <w:uiPriority w:val="99"/>
    <w:semiHidden/>
    <w:unhideWhenUsed/>
    <w:rsid w:val="006A558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A5584"/>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4219B-17DB-4822-857F-2756803F7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1195</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Jeffries, Jillian</cp:lastModifiedBy>
  <cp:revision>2</cp:revision>
  <dcterms:created xsi:type="dcterms:W3CDTF">2026-04-13T13:09:00Z</dcterms:created>
  <dcterms:modified xsi:type="dcterms:W3CDTF">2026-04-13T13:09:00Z</dcterms:modified>
  <cp:category/>
</cp:coreProperties>
</file>