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B4D39" w14:textId="77777777" w:rsidR="007566D3" w:rsidRDefault="00473AC0">
      <w:pPr>
        <w:pStyle w:val="Heading1"/>
      </w:pPr>
      <w:r>
        <w:t>New York City Council</w:t>
      </w:r>
    </w:p>
    <w:p w14:paraId="6A5E68BF" w14:textId="77777777" w:rsidR="007566D3" w:rsidRDefault="00473AC0">
      <w:pPr>
        <w:pStyle w:val="Heading2"/>
      </w:pPr>
      <w:r>
        <w:t>Memorandum in Support of Legislation</w:t>
      </w:r>
    </w:p>
    <w:p w14:paraId="42E5523C" w14:textId="77777777" w:rsidR="007566D3" w:rsidRDefault="00473AC0">
      <w:r>
        <w:t>This memorandum is authored by the sponsor and explains the need for the legislation referenced below, in accordance with Rule 6.00(d) of the Rules of the Council.</w:t>
      </w:r>
    </w:p>
    <w:p w14:paraId="7290A262" w14:textId="77777777" w:rsidR="007566D3" w:rsidRDefault="007566D3"/>
    <w:p w14:paraId="31B27A98" w14:textId="77777777" w:rsidR="007566D3" w:rsidRDefault="00473AC0">
      <w:r>
        <w:t>Legislative Service Number:</w:t>
      </w:r>
    </w:p>
    <w:p w14:paraId="2715EFC3" w14:textId="41107621" w:rsidR="007566D3" w:rsidRDefault="00136153">
      <w:pPr>
        <w:pStyle w:val="ListBullet"/>
      </w:pPr>
      <w:r>
        <w:t>N/A, reintroduction</w:t>
      </w:r>
    </w:p>
    <w:p w14:paraId="0F9BDDD1" w14:textId="77777777" w:rsidR="007566D3" w:rsidRDefault="00473AC0">
      <w:r>
        <w:t>Prime Sponsor:</w:t>
      </w:r>
    </w:p>
    <w:p w14:paraId="69994376" w14:textId="0BE7445B" w:rsidR="007566D3" w:rsidRDefault="00473AC0">
      <w:pPr>
        <w:pStyle w:val="ListBullet"/>
      </w:pPr>
      <w:r>
        <w:t xml:space="preserve">Council Member </w:t>
      </w:r>
      <w:r w:rsidR="002B3274">
        <w:t>Susan Zhuang</w:t>
      </w:r>
    </w:p>
    <w:p w14:paraId="37BDE9F9" w14:textId="77777777" w:rsidR="007566D3" w:rsidRDefault="00473AC0">
      <w:r>
        <w:t>Bill Title:</w:t>
      </w:r>
    </w:p>
    <w:p w14:paraId="0BC5C2B6" w14:textId="3CF7D7F0" w:rsidR="007566D3" w:rsidRDefault="002B1995" w:rsidP="002B1995">
      <w:pPr>
        <w:pStyle w:val="ListBullet"/>
      </w:pPr>
      <w:r w:rsidRPr="002B1995">
        <w:t>A Local Law to amend the administrative code of the city of New York, in relation to installing safety signs near schools</w:t>
      </w:r>
    </w:p>
    <w:p w14:paraId="3CCB7E02" w14:textId="77777777" w:rsidR="007566D3" w:rsidRDefault="00473AC0">
      <w:r>
        <w:t>Submitted by:</w:t>
      </w:r>
    </w:p>
    <w:p w14:paraId="65ADEDEA" w14:textId="4CCA091F" w:rsidR="007566D3" w:rsidRDefault="00473AC0">
      <w:pPr>
        <w:pStyle w:val="ListBullet"/>
      </w:pPr>
      <w:r>
        <w:t xml:space="preserve">Council Member </w:t>
      </w:r>
      <w:r w:rsidR="002B3274">
        <w:t>Susan Zhuang</w:t>
      </w:r>
    </w:p>
    <w:p w14:paraId="5C8D0605" w14:textId="77777777" w:rsidR="007566D3" w:rsidRDefault="00473AC0">
      <w:pPr>
        <w:pStyle w:val="Heading3"/>
      </w:pPr>
      <w:r>
        <w:t>Justification</w:t>
      </w:r>
    </w:p>
    <w:p w14:paraId="2D87A797" w14:textId="7AE93416" w:rsidR="009F4FE0" w:rsidRPr="009F4FE0" w:rsidRDefault="002B1995" w:rsidP="009F4FE0">
      <w:r>
        <w:t>The hit-and-run deaths of children in recent months are testament to the fact that additional protections for children are needed, particularly in the vicinity of schools.</w:t>
      </w:r>
    </w:p>
    <w:p w14:paraId="0A7F7CF7" w14:textId="57E9B784" w:rsidR="002B1995" w:rsidRDefault="002B1995" w:rsidP="002B1995">
      <w:r w:rsidRPr="002B1995">
        <w:t xml:space="preserve">This bill would require the Department of Transportation to paint school safety signs and install overhead school safety signs on each street where a school entrance is located to alert drivers to the presence of school-aged children and pedestrians. </w:t>
      </w:r>
    </w:p>
    <w:p w14:paraId="6BD9278E" w14:textId="1613A3CC" w:rsidR="007566D3" w:rsidRDefault="00473AC0" w:rsidP="002B1995">
      <w:r>
        <w:t>For these reasons, I urge my colleagues to support this legislation.</w:t>
      </w:r>
    </w:p>
    <w:sectPr w:rsidR="007566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2790375">
    <w:abstractNumId w:val="8"/>
  </w:num>
  <w:num w:numId="2" w16cid:durableId="1557660162">
    <w:abstractNumId w:val="6"/>
  </w:num>
  <w:num w:numId="3" w16cid:durableId="235626500">
    <w:abstractNumId w:val="5"/>
  </w:num>
  <w:num w:numId="4" w16cid:durableId="2131581078">
    <w:abstractNumId w:val="4"/>
  </w:num>
  <w:num w:numId="5" w16cid:durableId="2113281194">
    <w:abstractNumId w:val="7"/>
  </w:num>
  <w:num w:numId="6" w16cid:durableId="2049866833">
    <w:abstractNumId w:val="3"/>
  </w:num>
  <w:num w:numId="7" w16cid:durableId="1192189858">
    <w:abstractNumId w:val="2"/>
  </w:num>
  <w:num w:numId="8" w16cid:durableId="1875580961">
    <w:abstractNumId w:val="1"/>
  </w:num>
  <w:num w:numId="9" w16cid:durableId="66220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6153"/>
    <w:rsid w:val="0015074B"/>
    <w:rsid w:val="002163FB"/>
    <w:rsid w:val="0029639D"/>
    <w:rsid w:val="002B1995"/>
    <w:rsid w:val="002B3274"/>
    <w:rsid w:val="00326F90"/>
    <w:rsid w:val="003F548E"/>
    <w:rsid w:val="00473AC0"/>
    <w:rsid w:val="004740A2"/>
    <w:rsid w:val="005D10AC"/>
    <w:rsid w:val="006121DD"/>
    <w:rsid w:val="006A5584"/>
    <w:rsid w:val="007566D3"/>
    <w:rsid w:val="008F6D65"/>
    <w:rsid w:val="009F4FE0"/>
    <w:rsid w:val="00A97FEA"/>
    <w:rsid w:val="00AA1D8D"/>
    <w:rsid w:val="00B03DD8"/>
    <w:rsid w:val="00B47730"/>
    <w:rsid w:val="00C12832"/>
    <w:rsid w:val="00C73066"/>
    <w:rsid w:val="00CB0664"/>
    <w:rsid w:val="00DB2B1A"/>
    <w:rsid w:val="00F67C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36B9EC"/>
  <w14:defaultImageDpi w14:val="300"/>
  <w15:docId w15:val="{51FFD016-69D3-4137-AA47-F9BACB56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A558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A558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D4219B-17DB-4822-857F-2756803F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Jeffries, Jillian</cp:lastModifiedBy>
  <cp:revision>2</cp:revision>
  <dcterms:created xsi:type="dcterms:W3CDTF">2026-04-13T13:10:00Z</dcterms:created>
  <dcterms:modified xsi:type="dcterms:W3CDTF">2026-04-13T13:10:00Z</dcterms:modified>
  <cp:category/>
</cp:coreProperties>
</file>